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959E9" w14:textId="77777777" w:rsidR="00FE0197" w:rsidRDefault="00FE0197" w:rsidP="00724578">
      <w:pPr>
        <w:spacing w:line="240" w:lineRule="auto"/>
        <w:jc w:val="center"/>
        <w:rPr>
          <w:noProof/>
          <w:sz w:val="24"/>
          <w:szCs w:val="24"/>
        </w:rPr>
      </w:pPr>
    </w:p>
    <w:p w14:paraId="73826866" w14:textId="0CD612D0" w:rsidR="003F2CEE" w:rsidRPr="00FE0197" w:rsidRDefault="00FE0197" w:rsidP="00FE0197">
      <w:pPr>
        <w:spacing w:before="120" w:after="0" w:line="360" w:lineRule="auto"/>
        <w:jc w:val="center"/>
        <w:rPr>
          <w:rFonts w:ascii="Nirmala UI" w:hAnsi="Nirmala UI" w:cs="Nirmala UI"/>
          <w:sz w:val="18"/>
          <w:szCs w:val="18"/>
        </w:rPr>
      </w:pPr>
      <w:r>
        <w:rPr>
          <w:noProof/>
        </w:rPr>
        <w:drawing>
          <wp:inline distT="0" distB="0" distL="0" distR="0" wp14:anchorId="2AC59866" wp14:editId="79743CC5">
            <wp:extent cx="5731235" cy="1206474"/>
            <wp:effectExtent l="19050" t="19050" r="3175" b="0"/>
            <wp:docPr id="9752400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91" b="51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0693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F169E">
        <w:rPr>
          <w:rFonts w:ascii="Adobe Devanagari" w:hAnsi="Adobe Devanagari" w:cs="Adobe Devanagari"/>
          <w:b/>
          <w:sz w:val="32"/>
          <w:szCs w:val="32"/>
        </w:rPr>
        <w:t xml:space="preserve"> </w:t>
      </w:r>
      <w:r w:rsidR="00F65049" w:rsidRPr="008F169E">
        <w:rPr>
          <w:rFonts w:ascii="Adobe Devanagari" w:hAnsi="Adobe Devanagari" w:cs="Adobe Devanagari"/>
          <w:b/>
          <w:sz w:val="32"/>
          <w:szCs w:val="32"/>
        </w:rPr>
        <w:br/>
      </w:r>
      <w:proofErr w:type="spellStart"/>
      <w:r w:rsidR="00F65049" w:rsidRPr="00FE0197">
        <w:rPr>
          <w:rFonts w:ascii="Nirmala UI" w:hAnsi="Nirmala UI" w:cs="Nirmala UI"/>
          <w:b/>
          <w:sz w:val="20"/>
          <w:szCs w:val="20"/>
        </w:rPr>
        <w:t>वाहन</w:t>
      </w:r>
      <w:proofErr w:type="spellEnd"/>
      <w:r w:rsidR="00F65049" w:rsidRPr="00FE0197">
        <w:rPr>
          <w:rFonts w:ascii="Nirmala UI" w:hAnsi="Nirmala UI" w:cs="Nirmala UI"/>
          <w:b/>
          <w:sz w:val="20"/>
          <w:szCs w:val="20"/>
        </w:rPr>
        <w:t xml:space="preserve"> </w:t>
      </w:r>
      <w:proofErr w:type="spellStart"/>
      <w:r w:rsidR="00F65049" w:rsidRPr="00FE0197">
        <w:rPr>
          <w:rFonts w:ascii="Nirmala UI" w:hAnsi="Nirmala UI" w:cs="Nirmala UI"/>
          <w:b/>
          <w:sz w:val="20"/>
          <w:szCs w:val="20"/>
        </w:rPr>
        <w:t>हेतु</w:t>
      </w:r>
      <w:proofErr w:type="spellEnd"/>
      <w:r w:rsidR="00F65049" w:rsidRPr="00FE0197">
        <w:rPr>
          <w:rFonts w:ascii="Nirmala UI" w:hAnsi="Nirmala UI" w:cs="Nirmala UI"/>
          <w:b/>
          <w:sz w:val="20"/>
          <w:szCs w:val="20"/>
        </w:rPr>
        <w:t xml:space="preserve"> </w:t>
      </w:r>
      <w:proofErr w:type="spellStart"/>
      <w:r w:rsidR="00F65049" w:rsidRPr="00FE0197">
        <w:rPr>
          <w:rFonts w:ascii="Nirmala UI" w:hAnsi="Nirmala UI" w:cs="Nirmala UI"/>
          <w:b/>
          <w:sz w:val="20"/>
          <w:szCs w:val="20"/>
        </w:rPr>
        <w:t>मांग</w:t>
      </w:r>
      <w:proofErr w:type="spellEnd"/>
      <w:r w:rsidR="00F65049" w:rsidRPr="00FE0197">
        <w:rPr>
          <w:rFonts w:ascii="Nirmala UI" w:hAnsi="Nirmala UI" w:cs="Nirmala UI"/>
          <w:b/>
          <w:sz w:val="20"/>
          <w:szCs w:val="20"/>
        </w:rPr>
        <w:t xml:space="preserve"> / REQUISITION FOR VEHICLE</w:t>
      </w:r>
    </w:p>
    <w:p w14:paraId="6CEC1467" w14:textId="7CCC24EF" w:rsidR="003F2CEE" w:rsidRPr="00FE0197" w:rsidRDefault="00000000" w:rsidP="00FE0197">
      <w:pPr>
        <w:spacing w:before="120" w:after="0"/>
        <w:rPr>
          <w:rFonts w:ascii="Nirmala UI" w:hAnsi="Nirmala UI" w:cs="Nirmala UI"/>
          <w:sz w:val="20"/>
          <w:szCs w:val="20"/>
          <w:lang w:bidi="hi-IN"/>
        </w:rPr>
      </w:pPr>
      <w:proofErr w:type="spellStart"/>
      <w:r w:rsidRPr="00FE0197">
        <w:rPr>
          <w:rFonts w:ascii="Nirmala UI" w:hAnsi="Nirmala UI" w:cs="Nirmala UI"/>
          <w:sz w:val="20"/>
          <w:szCs w:val="20"/>
        </w:rPr>
        <w:t>क्रमांक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/ No.: </w:t>
      </w:r>
      <w:r w:rsidR="009E1E64" w:rsidRPr="00FE0197">
        <w:rPr>
          <w:rFonts w:ascii="Nirmala UI" w:hAnsi="Nirmala UI" w:cs="Nirmala UI"/>
          <w:sz w:val="20"/>
          <w:szCs w:val="20"/>
          <w:cs/>
          <w:lang w:bidi="hi-IN"/>
        </w:rPr>
        <w:t>.........................</w:t>
      </w:r>
      <w:r w:rsidRPr="00FE0197">
        <w:rPr>
          <w:rFonts w:ascii="Nirmala UI" w:hAnsi="Nirmala UI" w:cs="Nirmala UI"/>
          <w:sz w:val="20"/>
          <w:szCs w:val="20"/>
        </w:rPr>
        <w:t xml:space="preserve">       </w:t>
      </w:r>
      <w:r w:rsidR="008F169E" w:rsidRPr="00FE0197">
        <w:rPr>
          <w:rFonts w:ascii="Nirmala UI" w:hAnsi="Nirmala UI" w:cs="Nirmala UI"/>
          <w:sz w:val="20"/>
          <w:szCs w:val="20"/>
          <w:cs/>
          <w:lang w:bidi="hi-IN"/>
        </w:rPr>
        <w:tab/>
      </w:r>
      <w:r w:rsidR="008F169E" w:rsidRPr="00FE0197">
        <w:rPr>
          <w:rFonts w:ascii="Nirmala UI" w:hAnsi="Nirmala UI" w:cs="Nirmala UI"/>
          <w:sz w:val="20"/>
          <w:szCs w:val="20"/>
          <w:cs/>
          <w:lang w:bidi="hi-IN"/>
        </w:rPr>
        <w:tab/>
      </w:r>
      <w:r w:rsidR="008F169E" w:rsidRPr="00FE0197">
        <w:rPr>
          <w:rFonts w:ascii="Nirmala UI" w:hAnsi="Nirmala UI" w:cs="Nirmala UI"/>
          <w:sz w:val="20"/>
          <w:szCs w:val="20"/>
          <w:cs/>
          <w:lang w:bidi="hi-IN"/>
        </w:rPr>
        <w:tab/>
      </w:r>
      <w:r w:rsidR="008F169E" w:rsidRPr="00FE0197">
        <w:rPr>
          <w:rFonts w:ascii="Nirmala UI" w:hAnsi="Nirmala UI" w:cs="Nirmala UI"/>
          <w:sz w:val="20"/>
          <w:szCs w:val="20"/>
          <w:cs/>
          <w:lang w:bidi="hi-IN"/>
        </w:rPr>
        <w:tab/>
      </w:r>
      <w:r w:rsidR="008F169E" w:rsidRPr="00FE0197">
        <w:rPr>
          <w:rFonts w:ascii="Nirmala UI" w:hAnsi="Nirmala UI" w:cs="Nirmala UI"/>
          <w:sz w:val="20"/>
          <w:szCs w:val="20"/>
          <w:cs/>
          <w:lang w:bidi="hi-IN"/>
        </w:rPr>
        <w:tab/>
      </w:r>
      <w:r w:rsidR="008F169E" w:rsidRPr="00FE0197">
        <w:rPr>
          <w:rFonts w:ascii="Nirmala UI" w:hAnsi="Nirmala UI" w:cs="Nirmala UI"/>
          <w:sz w:val="20"/>
          <w:szCs w:val="20"/>
          <w:cs/>
          <w:lang w:bidi="hi-IN"/>
        </w:rPr>
        <w:tab/>
      </w:r>
      <w:r w:rsidR="009E1E64" w:rsidRPr="00FE0197">
        <w:rPr>
          <w:rFonts w:ascii="Nirmala UI" w:hAnsi="Nirmala UI" w:cs="Nirmala UI"/>
          <w:sz w:val="20"/>
          <w:szCs w:val="20"/>
          <w:cs/>
          <w:lang w:bidi="hi-IN"/>
        </w:rPr>
        <w:t xml:space="preserve">         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दिनांक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/ Date: </w:t>
      </w:r>
      <w:r w:rsidR="009E1E64" w:rsidRPr="00FE0197">
        <w:rPr>
          <w:rFonts w:ascii="Nirmala UI" w:hAnsi="Nirmala UI" w:cs="Nirmala UI"/>
          <w:sz w:val="20"/>
          <w:szCs w:val="20"/>
          <w:cs/>
          <w:lang w:bidi="hi-IN"/>
        </w:rPr>
        <w:t>...............................</w:t>
      </w:r>
    </w:p>
    <w:p w14:paraId="37D79D4B" w14:textId="3C855AFA" w:rsidR="003F2CEE" w:rsidRPr="00FE0197" w:rsidRDefault="00000000" w:rsidP="00FE0197">
      <w:pPr>
        <w:spacing w:before="120" w:after="0"/>
        <w:rPr>
          <w:rFonts w:ascii="Nirmala UI" w:hAnsi="Nirmala UI" w:cs="Nirmala UI"/>
          <w:sz w:val="20"/>
          <w:szCs w:val="20"/>
          <w:lang w:bidi="hi-IN"/>
        </w:rPr>
      </w:pPr>
      <w:r w:rsidRPr="00FE0197">
        <w:rPr>
          <w:rFonts w:ascii="Nirmala UI" w:hAnsi="Nirmala UI" w:cs="Nirmala UI"/>
          <w:sz w:val="20"/>
          <w:szCs w:val="20"/>
        </w:rPr>
        <w:t xml:space="preserve">1.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नाम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और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पद</w:t>
      </w:r>
      <w:proofErr w:type="spellEnd"/>
      <w:r w:rsidR="008F169E" w:rsidRPr="00FE0197">
        <w:rPr>
          <w:rFonts w:ascii="Nirmala UI" w:hAnsi="Nirmala UI" w:cs="Nirmala UI"/>
          <w:sz w:val="20"/>
          <w:szCs w:val="20"/>
          <w:cs/>
          <w:lang w:bidi="hi-IN"/>
        </w:rPr>
        <w:t xml:space="preserve"> /</w:t>
      </w:r>
      <w:r w:rsidRPr="00FE0197">
        <w:rPr>
          <w:rFonts w:ascii="Nirmala UI" w:hAnsi="Nirmala UI" w:cs="Nirmala UI"/>
          <w:sz w:val="20"/>
          <w:szCs w:val="20"/>
        </w:rPr>
        <w:t xml:space="preserve"> Name and Designation </w:t>
      </w:r>
      <w:r w:rsidR="008F169E" w:rsidRPr="00FE0197">
        <w:rPr>
          <w:rFonts w:ascii="Nirmala UI" w:hAnsi="Nirmala UI" w:cs="Nirmala UI"/>
          <w:sz w:val="20"/>
          <w:szCs w:val="20"/>
          <w:cs/>
          <w:lang w:bidi="hi-IN"/>
        </w:rPr>
        <w:tab/>
      </w:r>
      <w:r w:rsidR="00C34065" w:rsidRPr="00FE0197">
        <w:rPr>
          <w:rFonts w:ascii="Nirmala UI" w:hAnsi="Nirmala UI" w:cs="Nirmala UI"/>
          <w:sz w:val="20"/>
          <w:szCs w:val="20"/>
          <w:lang w:bidi="hi-IN"/>
        </w:rPr>
        <w:tab/>
      </w:r>
      <w:r w:rsidRPr="00FE0197">
        <w:rPr>
          <w:rFonts w:ascii="Nirmala UI" w:hAnsi="Nirmala UI" w:cs="Nirmala UI"/>
          <w:sz w:val="20"/>
          <w:szCs w:val="20"/>
        </w:rPr>
        <w:t xml:space="preserve">: </w:t>
      </w:r>
      <w:r w:rsidR="008F169E" w:rsidRPr="00FE0197">
        <w:rPr>
          <w:rFonts w:ascii="Nirmala UI" w:hAnsi="Nirmala UI" w:cs="Nirmala UI"/>
          <w:sz w:val="20"/>
          <w:szCs w:val="20"/>
          <w:cs/>
          <w:lang w:bidi="hi-IN"/>
        </w:rPr>
        <w:t xml:space="preserve"> </w:t>
      </w:r>
    </w:p>
    <w:p w14:paraId="65BA130C" w14:textId="63000DD2" w:rsidR="003F2CEE" w:rsidRPr="00FE0197" w:rsidRDefault="00000000" w:rsidP="00FE0197">
      <w:pPr>
        <w:spacing w:before="120" w:after="0"/>
        <w:rPr>
          <w:rFonts w:ascii="Nirmala UI" w:hAnsi="Nirmala UI" w:cs="Nirmala UI"/>
          <w:sz w:val="20"/>
          <w:szCs w:val="20"/>
          <w:lang w:bidi="hi-IN"/>
        </w:rPr>
      </w:pPr>
      <w:r w:rsidRPr="00FE0197">
        <w:rPr>
          <w:rFonts w:ascii="Nirmala UI" w:hAnsi="Nirmala UI" w:cs="Nirmala UI"/>
          <w:sz w:val="20"/>
          <w:szCs w:val="20"/>
        </w:rPr>
        <w:t xml:space="preserve">2.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दिनांक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एवं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समय</w:t>
      </w:r>
      <w:proofErr w:type="spellEnd"/>
      <w:r w:rsidR="008F169E" w:rsidRPr="00FE0197">
        <w:rPr>
          <w:rFonts w:ascii="Nirmala UI" w:hAnsi="Nirmala UI" w:cs="Nirmala UI"/>
          <w:sz w:val="20"/>
          <w:szCs w:val="20"/>
          <w:cs/>
          <w:lang w:bidi="hi-IN"/>
        </w:rPr>
        <w:t xml:space="preserve"> /</w:t>
      </w:r>
      <w:r w:rsidRPr="00FE0197">
        <w:rPr>
          <w:rFonts w:ascii="Nirmala UI" w:hAnsi="Nirmala UI" w:cs="Nirmala UI"/>
          <w:sz w:val="20"/>
          <w:szCs w:val="20"/>
        </w:rPr>
        <w:t xml:space="preserve"> Date and Time </w:t>
      </w:r>
      <w:r w:rsidR="008F169E" w:rsidRPr="00FE0197">
        <w:rPr>
          <w:rFonts w:ascii="Nirmala UI" w:hAnsi="Nirmala UI" w:cs="Nirmala UI"/>
          <w:sz w:val="20"/>
          <w:szCs w:val="20"/>
          <w:cs/>
          <w:lang w:bidi="hi-IN"/>
        </w:rPr>
        <w:tab/>
      </w:r>
      <w:r w:rsidR="008F169E" w:rsidRPr="00FE0197">
        <w:rPr>
          <w:rFonts w:ascii="Nirmala UI" w:hAnsi="Nirmala UI" w:cs="Nirmala UI"/>
          <w:sz w:val="20"/>
          <w:szCs w:val="20"/>
          <w:cs/>
          <w:lang w:bidi="hi-IN"/>
        </w:rPr>
        <w:tab/>
      </w:r>
      <w:r w:rsidRPr="00FE0197">
        <w:rPr>
          <w:rFonts w:ascii="Nirmala UI" w:hAnsi="Nirmala UI" w:cs="Nirmala UI"/>
          <w:sz w:val="20"/>
          <w:szCs w:val="20"/>
        </w:rPr>
        <w:t xml:space="preserve">: </w:t>
      </w:r>
      <w:r w:rsidR="008F169E" w:rsidRPr="00FE0197">
        <w:rPr>
          <w:rFonts w:ascii="Nirmala UI" w:hAnsi="Nirmala UI" w:cs="Nirmala UI"/>
          <w:sz w:val="20"/>
          <w:szCs w:val="20"/>
          <w:cs/>
          <w:lang w:bidi="hi-IN"/>
        </w:rPr>
        <w:t xml:space="preserve"> </w:t>
      </w:r>
    </w:p>
    <w:p w14:paraId="2E79942B" w14:textId="1D46B9A7" w:rsidR="003F2CEE" w:rsidRPr="00FE0197" w:rsidRDefault="00000000" w:rsidP="00FE0197">
      <w:pPr>
        <w:spacing w:before="120" w:after="0"/>
        <w:rPr>
          <w:rFonts w:ascii="Nirmala UI" w:hAnsi="Nirmala UI" w:cs="Nirmala UI"/>
          <w:sz w:val="20"/>
          <w:szCs w:val="20"/>
          <w:lang w:bidi="hi-IN"/>
        </w:rPr>
      </w:pPr>
      <w:r w:rsidRPr="00FE0197">
        <w:rPr>
          <w:rFonts w:ascii="Nirmala UI" w:hAnsi="Nirmala UI" w:cs="Nirmala UI"/>
          <w:sz w:val="20"/>
          <w:szCs w:val="20"/>
        </w:rPr>
        <w:t xml:space="preserve">3.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कहाँ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जाना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चाहते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हैं</w:t>
      </w:r>
      <w:proofErr w:type="spellEnd"/>
      <w:r w:rsidR="008F169E" w:rsidRPr="00FE0197">
        <w:rPr>
          <w:rFonts w:ascii="Nirmala UI" w:hAnsi="Nirmala UI" w:cs="Nirmala UI"/>
          <w:sz w:val="20"/>
          <w:szCs w:val="20"/>
          <w:cs/>
          <w:lang w:bidi="hi-IN"/>
        </w:rPr>
        <w:t xml:space="preserve"> / </w:t>
      </w:r>
      <w:r w:rsidRPr="00FE0197">
        <w:rPr>
          <w:rFonts w:ascii="Nirmala UI" w:hAnsi="Nirmala UI" w:cs="Nirmala UI"/>
          <w:sz w:val="20"/>
          <w:szCs w:val="20"/>
        </w:rPr>
        <w:t xml:space="preserve">Place of Visit </w:t>
      </w:r>
      <w:r w:rsidR="008F169E" w:rsidRPr="00FE0197">
        <w:rPr>
          <w:rFonts w:ascii="Nirmala UI" w:hAnsi="Nirmala UI" w:cs="Nirmala UI"/>
          <w:sz w:val="20"/>
          <w:szCs w:val="20"/>
          <w:cs/>
          <w:lang w:bidi="hi-IN"/>
        </w:rPr>
        <w:tab/>
      </w:r>
      <w:r w:rsidR="008F169E" w:rsidRPr="00FE0197">
        <w:rPr>
          <w:rFonts w:ascii="Nirmala UI" w:hAnsi="Nirmala UI" w:cs="Nirmala UI"/>
          <w:sz w:val="20"/>
          <w:szCs w:val="20"/>
          <w:cs/>
          <w:lang w:bidi="hi-IN"/>
        </w:rPr>
        <w:tab/>
      </w:r>
      <w:r w:rsidRPr="00FE0197">
        <w:rPr>
          <w:rFonts w:ascii="Nirmala UI" w:hAnsi="Nirmala UI" w:cs="Nirmala UI"/>
          <w:sz w:val="20"/>
          <w:szCs w:val="20"/>
        </w:rPr>
        <w:t xml:space="preserve">: </w:t>
      </w:r>
      <w:r w:rsidR="008F169E" w:rsidRPr="00FE0197">
        <w:rPr>
          <w:rFonts w:ascii="Nirmala UI" w:hAnsi="Nirmala UI" w:cs="Nirmala UI"/>
          <w:sz w:val="20"/>
          <w:szCs w:val="20"/>
          <w:cs/>
          <w:lang w:bidi="hi-IN"/>
        </w:rPr>
        <w:t xml:space="preserve"> </w:t>
      </w:r>
    </w:p>
    <w:p w14:paraId="0936032D" w14:textId="4EACAB83" w:rsidR="003F2CEE" w:rsidRPr="00FE0197" w:rsidRDefault="00000000" w:rsidP="00FE0197">
      <w:pPr>
        <w:spacing w:before="120" w:after="0"/>
        <w:rPr>
          <w:rFonts w:ascii="Nirmala UI" w:hAnsi="Nirmala UI" w:cs="Nirmala UI"/>
          <w:sz w:val="20"/>
          <w:szCs w:val="20"/>
          <w:lang w:bidi="hi-IN"/>
        </w:rPr>
      </w:pPr>
      <w:r w:rsidRPr="00FE0197">
        <w:rPr>
          <w:rFonts w:ascii="Nirmala UI" w:hAnsi="Nirmala UI" w:cs="Nirmala UI"/>
          <w:sz w:val="20"/>
          <w:szCs w:val="20"/>
        </w:rPr>
        <w:t xml:space="preserve">4.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जाने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का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उद्देश्य</w:t>
      </w:r>
      <w:proofErr w:type="spellEnd"/>
      <w:r w:rsidR="008F169E" w:rsidRPr="00FE0197">
        <w:rPr>
          <w:rFonts w:ascii="Nirmala UI" w:hAnsi="Nirmala UI" w:cs="Nirmala UI"/>
          <w:sz w:val="20"/>
          <w:szCs w:val="20"/>
          <w:cs/>
          <w:lang w:bidi="hi-IN"/>
        </w:rPr>
        <w:t xml:space="preserve"> / </w:t>
      </w:r>
      <w:r w:rsidRPr="00FE0197">
        <w:rPr>
          <w:rFonts w:ascii="Nirmala UI" w:hAnsi="Nirmala UI" w:cs="Nirmala UI"/>
          <w:sz w:val="20"/>
          <w:szCs w:val="20"/>
        </w:rPr>
        <w:t xml:space="preserve">Purpose of Visit </w:t>
      </w:r>
      <w:r w:rsidR="008F169E" w:rsidRPr="00FE0197">
        <w:rPr>
          <w:rFonts w:ascii="Nirmala UI" w:hAnsi="Nirmala UI" w:cs="Nirmala UI"/>
          <w:sz w:val="20"/>
          <w:szCs w:val="20"/>
          <w:cs/>
          <w:lang w:bidi="hi-IN"/>
        </w:rPr>
        <w:tab/>
      </w:r>
      <w:r w:rsidR="008F169E" w:rsidRPr="00FE0197">
        <w:rPr>
          <w:rFonts w:ascii="Nirmala UI" w:hAnsi="Nirmala UI" w:cs="Nirmala UI"/>
          <w:sz w:val="20"/>
          <w:szCs w:val="20"/>
          <w:cs/>
          <w:lang w:bidi="hi-IN"/>
        </w:rPr>
        <w:tab/>
      </w:r>
      <w:r w:rsidRPr="00FE0197">
        <w:rPr>
          <w:rFonts w:ascii="Nirmala UI" w:hAnsi="Nirmala UI" w:cs="Nirmala UI"/>
          <w:sz w:val="20"/>
          <w:szCs w:val="20"/>
        </w:rPr>
        <w:t xml:space="preserve">: </w:t>
      </w:r>
      <w:r w:rsidR="008F169E" w:rsidRPr="00FE0197">
        <w:rPr>
          <w:rFonts w:ascii="Nirmala UI" w:hAnsi="Nirmala UI" w:cs="Nirmala UI"/>
          <w:sz w:val="20"/>
          <w:szCs w:val="20"/>
          <w:cs/>
          <w:lang w:bidi="hi-IN"/>
        </w:rPr>
        <w:t xml:space="preserve"> </w:t>
      </w:r>
    </w:p>
    <w:p w14:paraId="782488BF" w14:textId="35E351AD" w:rsidR="003F2CEE" w:rsidRPr="00FE0197" w:rsidRDefault="00000000" w:rsidP="00FE0197">
      <w:pPr>
        <w:spacing w:before="120" w:after="0"/>
        <w:rPr>
          <w:rFonts w:ascii="Nirmala UI" w:hAnsi="Nirmala UI" w:cs="Nirmala UI"/>
          <w:sz w:val="20"/>
          <w:szCs w:val="20"/>
          <w:lang w:bidi="hi-IN"/>
        </w:rPr>
      </w:pPr>
      <w:r w:rsidRPr="00FE0197">
        <w:rPr>
          <w:rFonts w:ascii="Nirmala UI" w:hAnsi="Nirmala UI" w:cs="Nirmala UI"/>
          <w:sz w:val="20"/>
          <w:szCs w:val="20"/>
        </w:rPr>
        <w:t>5. वापसी का अनुमानित समय</w:t>
      </w:r>
      <w:r w:rsidRPr="00FE0197">
        <w:rPr>
          <w:rFonts w:ascii="Nirmala UI" w:hAnsi="Nirmala UI" w:cs="Nirmala UI"/>
          <w:sz w:val="20"/>
          <w:szCs w:val="20"/>
        </w:rPr>
        <w:br/>
        <w:t xml:space="preserve">   Approximate Time of Return </w:t>
      </w:r>
      <w:r w:rsidR="008F169E" w:rsidRPr="00FE0197">
        <w:rPr>
          <w:rFonts w:ascii="Nirmala UI" w:hAnsi="Nirmala UI" w:cs="Nirmala UI"/>
          <w:sz w:val="20"/>
          <w:szCs w:val="20"/>
          <w:cs/>
          <w:lang w:bidi="hi-IN"/>
        </w:rPr>
        <w:tab/>
      </w:r>
      <w:r w:rsidR="008F169E" w:rsidRPr="00FE0197">
        <w:rPr>
          <w:rFonts w:ascii="Nirmala UI" w:hAnsi="Nirmala UI" w:cs="Nirmala UI"/>
          <w:sz w:val="20"/>
          <w:szCs w:val="20"/>
          <w:cs/>
          <w:lang w:bidi="hi-IN"/>
        </w:rPr>
        <w:tab/>
      </w:r>
      <w:r w:rsidR="009E1E64" w:rsidRPr="00FE0197">
        <w:rPr>
          <w:rFonts w:ascii="Nirmala UI" w:hAnsi="Nirmala UI" w:cs="Nirmala UI"/>
          <w:sz w:val="20"/>
          <w:szCs w:val="20"/>
          <w:cs/>
          <w:lang w:bidi="hi-IN"/>
        </w:rPr>
        <w:tab/>
      </w:r>
      <w:r w:rsidRPr="00FE0197">
        <w:rPr>
          <w:rFonts w:ascii="Nirmala UI" w:hAnsi="Nirmala UI" w:cs="Nirmala UI"/>
          <w:sz w:val="20"/>
          <w:szCs w:val="20"/>
        </w:rPr>
        <w:t xml:space="preserve">: </w:t>
      </w:r>
      <w:r w:rsidR="008F169E" w:rsidRPr="00FE0197">
        <w:rPr>
          <w:rFonts w:ascii="Nirmala UI" w:hAnsi="Nirmala UI" w:cs="Nirmala UI"/>
          <w:sz w:val="20"/>
          <w:szCs w:val="20"/>
          <w:cs/>
          <w:lang w:bidi="hi-IN"/>
        </w:rPr>
        <w:t xml:space="preserve"> </w:t>
      </w:r>
    </w:p>
    <w:p w14:paraId="2C9EF874" w14:textId="7A58653D" w:rsidR="003F2CEE" w:rsidRPr="00FE0197" w:rsidRDefault="00000000" w:rsidP="00FE0197">
      <w:pPr>
        <w:spacing w:before="120" w:after="0"/>
        <w:rPr>
          <w:rFonts w:ascii="Nirmala UI" w:hAnsi="Nirmala UI" w:cs="Nirmala UI"/>
          <w:sz w:val="20"/>
          <w:szCs w:val="20"/>
          <w:lang w:bidi="hi-IN"/>
        </w:rPr>
      </w:pPr>
      <w:r w:rsidRPr="00FE0197">
        <w:rPr>
          <w:rFonts w:ascii="Nirmala UI" w:hAnsi="Nirmala UI" w:cs="Nirmala UI"/>
          <w:sz w:val="20"/>
          <w:szCs w:val="20"/>
        </w:rPr>
        <w:t>6. औचित्य, यदि सामान्य कार्यालय समय के बाहर</w:t>
      </w:r>
      <w:r w:rsidRPr="00FE0197">
        <w:rPr>
          <w:rFonts w:ascii="Nirmala UI" w:hAnsi="Nirmala UI" w:cs="Nirmala UI"/>
          <w:sz w:val="20"/>
          <w:szCs w:val="20"/>
        </w:rPr>
        <w:br/>
        <w:t xml:space="preserve">   Justification if Beyond Normal Working </w:t>
      </w:r>
      <w:proofErr w:type="spellStart"/>
      <w:r w:rsidR="008F169E" w:rsidRPr="00FE0197">
        <w:rPr>
          <w:rFonts w:ascii="Nirmala UI" w:hAnsi="Nirmala UI" w:cs="Nirmala UI"/>
          <w:sz w:val="20"/>
          <w:szCs w:val="20"/>
          <w:lang w:bidi="hi-IN"/>
        </w:rPr>
        <w:t>h</w:t>
      </w:r>
      <w:r w:rsidRPr="00FE0197">
        <w:rPr>
          <w:rFonts w:ascii="Nirmala UI" w:hAnsi="Nirmala UI" w:cs="Nirmala UI"/>
          <w:sz w:val="20"/>
          <w:szCs w:val="20"/>
        </w:rPr>
        <w:t>rs</w:t>
      </w:r>
      <w:proofErr w:type="spellEnd"/>
      <w:proofErr w:type="gramStart"/>
      <w:r w:rsidR="008F169E" w:rsidRPr="00FE0197">
        <w:rPr>
          <w:rFonts w:ascii="Nirmala UI" w:hAnsi="Nirmala UI" w:cs="Nirmala UI"/>
          <w:sz w:val="20"/>
          <w:szCs w:val="20"/>
          <w:cs/>
          <w:lang w:bidi="hi-IN"/>
        </w:rPr>
        <w:tab/>
      </w:r>
      <w:r w:rsidRPr="00FE0197">
        <w:rPr>
          <w:rFonts w:ascii="Nirmala UI" w:hAnsi="Nirmala UI" w:cs="Nirmala UI"/>
          <w:sz w:val="20"/>
          <w:szCs w:val="20"/>
        </w:rPr>
        <w:t xml:space="preserve"> :</w:t>
      </w:r>
      <w:proofErr w:type="gramEnd"/>
      <w:r w:rsidRPr="00FE0197">
        <w:rPr>
          <w:rFonts w:ascii="Nirmala UI" w:hAnsi="Nirmala UI" w:cs="Nirmala UI"/>
          <w:sz w:val="20"/>
          <w:szCs w:val="20"/>
        </w:rPr>
        <w:t xml:space="preserve"> </w:t>
      </w:r>
      <w:r w:rsidR="008F169E" w:rsidRPr="00FE0197">
        <w:rPr>
          <w:rFonts w:ascii="Nirmala UI" w:hAnsi="Nirmala UI" w:cs="Nirmala UI"/>
          <w:sz w:val="20"/>
          <w:szCs w:val="20"/>
          <w:cs/>
          <w:lang w:bidi="hi-IN"/>
        </w:rPr>
        <w:t xml:space="preserve"> </w:t>
      </w:r>
    </w:p>
    <w:p w14:paraId="69AE57B9" w14:textId="6CC11A0F" w:rsidR="003F2CEE" w:rsidRPr="00FE0197" w:rsidRDefault="00000000" w:rsidP="00FE0197">
      <w:pPr>
        <w:spacing w:before="120" w:after="0"/>
        <w:rPr>
          <w:rFonts w:ascii="Nirmala UI" w:hAnsi="Nirmala UI" w:cs="Nirmala UI"/>
          <w:sz w:val="20"/>
          <w:szCs w:val="20"/>
          <w:lang w:bidi="hi-IN"/>
        </w:rPr>
      </w:pPr>
      <w:r w:rsidRPr="00FE0197">
        <w:rPr>
          <w:rFonts w:ascii="Nirmala UI" w:hAnsi="Nirmala UI" w:cs="Nirmala UI"/>
          <w:sz w:val="20"/>
          <w:szCs w:val="20"/>
        </w:rPr>
        <w:t xml:space="preserve">7.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प्रारंभिक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मीटर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पठन</w:t>
      </w:r>
      <w:proofErr w:type="spellEnd"/>
      <w:r w:rsidR="008F169E" w:rsidRPr="00FE0197">
        <w:rPr>
          <w:rFonts w:ascii="Nirmala UI" w:hAnsi="Nirmala UI" w:cs="Nirmala UI"/>
          <w:sz w:val="20"/>
          <w:szCs w:val="20"/>
          <w:cs/>
          <w:lang w:bidi="hi-IN"/>
        </w:rPr>
        <w:t xml:space="preserve"> / </w:t>
      </w:r>
      <w:r w:rsidRPr="00FE0197">
        <w:rPr>
          <w:rFonts w:ascii="Nirmala UI" w:hAnsi="Nirmala UI" w:cs="Nirmala UI"/>
          <w:sz w:val="20"/>
          <w:szCs w:val="20"/>
        </w:rPr>
        <w:t xml:space="preserve">Opening Meter Reading </w:t>
      </w:r>
      <w:r w:rsidR="009E1E64" w:rsidRPr="00FE0197">
        <w:rPr>
          <w:rFonts w:ascii="Nirmala UI" w:hAnsi="Nirmala UI" w:cs="Nirmala UI"/>
          <w:sz w:val="20"/>
          <w:szCs w:val="20"/>
          <w:cs/>
          <w:lang w:bidi="hi-IN"/>
        </w:rPr>
        <w:tab/>
      </w:r>
      <w:r w:rsidRPr="00FE0197">
        <w:rPr>
          <w:rFonts w:ascii="Nirmala UI" w:hAnsi="Nirmala UI" w:cs="Nirmala UI"/>
          <w:sz w:val="20"/>
          <w:szCs w:val="20"/>
        </w:rPr>
        <w:t xml:space="preserve">: </w:t>
      </w:r>
      <w:r w:rsidR="008F169E" w:rsidRPr="00FE0197">
        <w:rPr>
          <w:rFonts w:ascii="Nirmala UI" w:hAnsi="Nirmala UI" w:cs="Nirmala UI"/>
          <w:sz w:val="20"/>
          <w:szCs w:val="20"/>
          <w:cs/>
          <w:lang w:bidi="hi-IN"/>
        </w:rPr>
        <w:t xml:space="preserve"> </w:t>
      </w:r>
    </w:p>
    <w:p w14:paraId="60684F63" w14:textId="2AEBAB1D" w:rsidR="003F2CEE" w:rsidRPr="00FE0197" w:rsidRDefault="00000000" w:rsidP="00FE0197">
      <w:pPr>
        <w:spacing w:before="120" w:after="0"/>
        <w:rPr>
          <w:rFonts w:ascii="Nirmala UI" w:hAnsi="Nirmala UI" w:cs="Nirmala UI"/>
          <w:sz w:val="20"/>
          <w:szCs w:val="20"/>
          <w:lang w:bidi="hi-IN"/>
        </w:rPr>
      </w:pPr>
      <w:r w:rsidRPr="00FE0197">
        <w:rPr>
          <w:rFonts w:ascii="Nirmala UI" w:hAnsi="Nirmala UI" w:cs="Nirmala UI"/>
          <w:sz w:val="20"/>
          <w:szCs w:val="20"/>
        </w:rPr>
        <w:t xml:space="preserve">8.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अंतिम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मीटर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पठन</w:t>
      </w:r>
      <w:proofErr w:type="spellEnd"/>
      <w:r w:rsidR="008F169E" w:rsidRPr="00FE0197">
        <w:rPr>
          <w:rFonts w:ascii="Nirmala UI" w:hAnsi="Nirmala UI" w:cs="Nirmala UI"/>
          <w:sz w:val="20"/>
          <w:szCs w:val="20"/>
          <w:cs/>
          <w:lang w:bidi="hi-IN"/>
        </w:rPr>
        <w:t xml:space="preserve"> / </w:t>
      </w:r>
      <w:r w:rsidRPr="00FE0197">
        <w:rPr>
          <w:rFonts w:ascii="Nirmala UI" w:hAnsi="Nirmala UI" w:cs="Nirmala UI"/>
          <w:sz w:val="20"/>
          <w:szCs w:val="20"/>
        </w:rPr>
        <w:t xml:space="preserve">Closing Meter Reading </w:t>
      </w:r>
      <w:r w:rsidR="008F169E" w:rsidRPr="00FE0197">
        <w:rPr>
          <w:rFonts w:ascii="Nirmala UI" w:hAnsi="Nirmala UI" w:cs="Nirmala UI"/>
          <w:sz w:val="20"/>
          <w:szCs w:val="20"/>
          <w:cs/>
          <w:lang w:bidi="hi-IN"/>
        </w:rPr>
        <w:tab/>
      </w:r>
      <w:r w:rsidRPr="00FE0197">
        <w:rPr>
          <w:rFonts w:ascii="Nirmala UI" w:hAnsi="Nirmala UI" w:cs="Nirmala UI"/>
          <w:sz w:val="20"/>
          <w:szCs w:val="20"/>
        </w:rPr>
        <w:t xml:space="preserve">: </w:t>
      </w:r>
      <w:r w:rsidR="008F169E" w:rsidRPr="00FE0197">
        <w:rPr>
          <w:rFonts w:ascii="Nirmala UI" w:hAnsi="Nirmala UI" w:cs="Nirmala UI"/>
          <w:sz w:val="20"/>
          <w:szCs w:val="20"/>
          <w:cs/>
          <w:lang w:bidi="hi-IN"/>
        </w:rPr>
        <w:t xml:space="preserve"> </w:t>
      </w:r>
    </w:p>
    <w:p w14:paraId="1CBA7A7C" w14:textId="6809B885" w:rsidR="003F2CEE" w:rsidRPr="00FE0197" w:rsidRDefault="00000000" w:rsidP="00FE0197">
      <w:pPr>
        <w:spacing w:before="120" w:after="0"/>
        <w:rPr>
          <w:rFonts w:ascii="Nirmala UI" w:hAnsi="Nirmala UI" w:cs="Nirmala UI"/>
          <w:sz w:val="20"/>
          <w:szCs w:val="20"/>
          <w:lang w:bidi="hi-IN"/>
        </w:rPr>
      </w:pPr>
      <w:r w:rsidRPr="00FE0197">
        <w:rPr>
          <w:rFonts w:ascii="Nirmala UI" w:hAnsi="Nirmala UI" w:cs="Nirmala UI"/>
          <w:sz w:val="20"/>
          <w:szCs w:val="20"/>
        </w:rPr>
        <w:t xml:space="preserve">9.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कुल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किलोमीटर</w:t>
      </w:r>
      <w:proofErr w:type="spellEnd"/>
      <w:r w:rsidR="008F169E" w:rsidRPr="00FE0197">
        <w:rPr>
          <w:rFonts w:ascii="Nirmala UI" w:hAnsi="Nirmala UI" w:cs="Nirmala UI"/>
          <w:sz w:val="20"/>
          <w:szCs w:val="20"/>
          <w:cs/>
          <w:lang w:bidi="hi-IN"/>
        </w:rPr>
        <w:t xml:space="preserve"> / </w:t>
      </w:r>
      <w:r w:rsidRPr="00FE0197">
        <w:rPr>
          <w:rFonts w:ascii="Nirmala UI" w:hAnsi="Nirmala UI" w:cs="Nirmala UI"/>
          <w:sz w:val="20"/>
          <w:szCs w:val="20"/>
        </w:rPr>
        <w:t xml:space="preserve">Total Kilometer </w:t>
      </w:r>
      <w:r w:rsidR="008F169E" w:rsidRPr="00FE0197">
        <w:rPr>
          <w:rFonts w:ascii="Nirmala UI" w:hAnsi="Nirmala UI" w:cs="Nirmala UI"/>
          <w:sz w:val="20"/>
          <w:szCs w:val="20"/>
          <w:cs/>
          <w:lang w:bidi="hi-IN"/>
        </w:rPr>
        <w:tab/>
      </w:r>
      <w:r w:rsidR="008F169E" w:rsidRPr="00FE0197">
        <w:rPr>
          <w:rFonts w:ascii="Nirmala UI" w:hAnsi="Nirmala UI" w:cs="Nirmala UI"/>
          <w:sz w:val="20"/>
          <w:szCs w:val="20"/>
          <w:cs/>
          <w:lang w:bidi="hi-IN"/>
        </w:rPr>
        <w:tab/>
      </w:r>
      <w:r w:rsidRPr="00FE0197">
        <w:rPr>
          <w:rFonts w:ascii="Nirmala UI" w:hAnsi="Nirmala UI" w:cs="Nirmala UI"/>
          <w:sz w:val="20"/>
          <w:szCs w:val="20"/>
        </w:rPr>
        <w:t>:</w:t>
      </w:r>
      <w:r w:rsidR="008F169E" w:rsidRPr="00FE0197">
        <w:rPr>
          <w:rFonts w:ascii="Nirmala UI" w:hAnsi="Nirmala UI" w:cs="Nirmala UI"/>
          <w:sz w:val="20"/>
          <w:szCs w:val="20"/>
          <w:cs/>
          <w:lang w:bidi="hi-IN"/>
        </w:rPr>
        <w:t xml:space="preserve"> </w:t>
      </w:r>
    </w:p>
    <w:p w14:paraId="656052C5" w14:textId="0FCE96B2" w:rsidR="007017A2" w:rsidRPr="00FE0197" w:rsidRDefault="007017A2" w:rsidP="00FE0197">
      <w:pPr>
        <w:spacing w:before="120" w:after="0"/>
        <w:jc w:val="right"/>
        <w:rPr>
          <w:rFonts w:ascii="Nirmala UI" w:hAnsi="Nirmala UI" w:cs="Nirmala UI"/>
          <w:sz w:val="20"/>
          <w:szCs w:val="20"/>
          <w:lang w:bidi="hi-IN"/>
        </w:rPr>
      </w:pPr>
      <w:proofErr w:type="spellStart"/>
      <w:r w:rsidRPr="00FE0197">
        <w:rPr>
          <w:rFonts w:ascii="Nirmala UI" w:hAnsi="Nirmala UI" w:cs="Nirmala UI"/>
          <w:sz w:val="20"/>
          <w:szCs w:val="20"/>
        </w:rPr>
        <w:t>मांगकर्ता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के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हस्ताक्षर</w:t>
      </w:r>
      <w:proofErr w:type="spellEnd"/>
      <w:r w:rsidRPr="00FE0197">
        <w:rPr>
          <w:rFonts w:ascii="Nirmala UI" w:hAnsi="Nirmala UI" w:cs="Nirmala UI"/>
          <w:sz w:val="20"/>
          <w:szCs w:val="20"/>
        </w:rPr>
        <w:br/>
        <w:t xml:space="preserve">Signature of </w:t>
      </w:r>
      <w:r w:rsidR="00FE0197" w:rsidRPr="00FE0197">
        <w:rPr>
          <w:rFonts w:ascii="Nirmala UI" w:hAnsi="Nirmala UI" w:cs="Nirmala UI"/>
          <w:sz w:val="20"/>
          <w:szCs w:val="20"/>
        </w:rPr>
        <w:t>Indenter</w:t>
      </w:r>
    </w:p>
    <w:p w14:paraId="01E48CC9" w14:textId="37F99ACA" w:rsidR="00FE0197" w:rsidRDefault="00000000" w:rsidP="00FE0197">
      <w:pPr>
        <w:spacing w:before="120" w:after="0"/>
        <w:rPr>
          <w:rFonts w:ascii="Nirmala UI" w:hAnsi="Nirmala UI" w:cs="Nirmala UI"/>
          <w:sz w:val="20"/>
          <w:szCs w:val="20"/>
        </w:rPr>
      </w:pPr>
      <w:proofErr w:type="spellStart"/>
      <w:r w:rsidRPr="00FE0197">
        <w:rPr>
          <w:rFonts w:ascii="Nirmala UI" w:hAnsi="Nirmala UI" w:cs="Nirmala UI"/>
          <w:sz w:val="20"/>
          <w:szCs w:val="20"/>
        </w:rPr>
        <w:t>सिफारिश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करने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वाले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प्राधिकारी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की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टिप्पणी</w:t>
      </w:r>
      <w:proofErr w:type="spellEnd"/>
      <w:r w:rsidRPr="00FE0197">
        <w:rPr>
          <w:rFonts w:ascii="Nirmala UI" w:hAnsi="Nirmala UI" w:cs="Nirmala UI"/>
          <w:sz w:val="20"/>
          <w:szCs w:val="20"/>
        </w:rPr>
        <w:br/>
        <w:t>Remarks of the Recommending Authority</w:t>
      </w:r>
      <w:r w:rsidR="009E1E64" w:rsidRPr="00FE0197">
        <w:rPr>
          <w:rFonts w:ascii="Nirmala UI" w:hAnsi="Nirmala UI" w:cs="Nirmala UI"/>
          <w:sz w:val="20"/>
          <w:szCs w:val="20"/>
          <w:cs/>
          <w:lang w:bidi="hi-IN"/>
        </w:rPr>
        <w:tab/>
      </w:r>
      <w:r w:rsidRPr="00FE0197">
        <w:rPr>
          <w:rFonts w:ascii="Nirmala UI" w:hAnsi="Nirmala UI" w:cs="Nirmala UI"/>
          <w:sz w:val="20"/>
          <w:szCs w:val="20"/>
        </w:rPr>
        <w:t>:</w:t>
      </w:r>
      <w:r w:rsidRPr="00FE0197">
        <w:rPr>
          <w:rFonts w:ascii="Nirmala UI" w:hAnsi="Nirmala UI" w:cs="Nirmala UI"/>
          <w:sz w:val="20"/>
          <w:szCs w:val="20"/>
        </w:rPr>
        <w:br/>
      </w:r>
    </w:p>
    <w:p w14:paraId="2CFF19B3" w14:textId="637E5DE2" w:rsidR="003F2CEE" w:rsidRPr="00FE0197" w:rsidRDefault="00000000" w:rsidP="00FE0197">
      <w:pPr>
        <w:spacing w:before="120" w:after="0"/>
        <w:rPr>
          <w:rFonts w:ascii="Nirmala UI" w:hAnsi="Nirmala UI" w:cs="Nirmala UI"/>
          <w:sz w:val="20"/>
          <w:szCs w:val="20"/>
        </w:rPr>
      </w:pPr>
      <w:proofErr w:type="spellStart"/>
      <w:r w:rsidRPr="00FE0197">
        <w:rPr>
          <w:rFonts w:ascii="Nirmala UI" w:hAnsi="Nirmala UI" w:cs="Nirmala UI"/>
          <w:sz w:val="20"/>
          <w:szCs w:val="20"/>
        </w:rPr>
        <w:t>सिफारिश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करने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वाले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अधिकारी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का हस्ताक्षर</w:t>
      </w:r>
      <w:r w:rsidRPr="00FE0197">
        <w:rPr>
          <w:rFonts w:ascii="Nirmala UI" w:hAnsi="Nirmala UI" w:cs="Nirmala UI"/>
          <w:sz w:val="20"/>
          <w:szCs w:val="20"/>
        </w:rPr>
        <w:br/>
        <w:t>Signature of Recommending Officer</w:t>
      </w:r>
    </w:p>
    <w:p w14:paraId="5189B37B" w14:textId="2D638EF8" w:rsidR="003F2CEE" w:rsidRDefault="00000000" w:rsidP="00FE0197">
      <w:pPr>
        <w:spacing w:before="120" w:after="0"/>
        <w:ind w:left="7920"/>
        <w:jc w:val="center"/>
        <w:rPr>
          <w:rFonts w:ascii="Nirmala UI" w:hAnsi="Nirmala UI" w:cs="Nirmala UI"/>
          <w:sz w:val="20"/>
          <w:szCs w:val="20"/>
        </w:rPr>
      </w:pPr>
      <w:proofErr w:type="spellStart"/>
      <w:r w:rsidRPr="00FE0197">
        <w:rPr>
          <w:rFonts w:ascii="Nirmala UI" w:hAnsi="Nirmala UI" w:cs="Nirmala UI"/>
          <w:sz w:val="20"/>
          <w:szCs w:val="20"/>
        </w:rPr>
        <w:t>वाहन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प्रभारी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की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टिप्पणी</w:t>
      </w:r>
      <w:proofErr w:type="spellEnd"/>
      <w:r w:rsidRPr="00FE0197">
        <w:rPr>
          <w:rFonts w:ascii="Nirmala UI" w:hAnsi="Nirmala UI" w:cs="Nirmala UI"/>
          <w:sz w:val="20"/>
          <w:szCs w:val="20"/>
        </w:rPr>
        <w:br/>
        <w:t>Remarks of Vehicle-in-Charge</w:t>
      </w:r>
    </w:p>
    <w:p w14:paraId="001C9F5A" w14:textId="77777777" w:rsidR="00FE0197" w:rsidRPr="00FE0197" w:rsidRDefault="00FE0197" w:rsidP="00FE0197">
      <w:pPr>
        <w:spacing w:before="120" w:after="0"/>
        <w:ind w:left="7920"/>
        <w:jc w:val="center"/>
        <w:rPr>
          <w:rFonts w:ascii="Nirmala UI" w:hAnsi="Nirmala UI" w:cs="Nirmala UI"/>
          <w:sz w:val="20"/>
          <w:szCs w:val="20"/>
        </w:rPr>
      </w:pPr>
    </w:p>
    <w:p w14:paraId="18FB9931" w14:textId="3BAAEEEB" w:rsidR="009E1E64" w:rsidRPr="00FE0197" w:rsidRDefault="00000000" w:rsidP="00FE0197">
      <w:pPr>
        <w:spacing w:before="120" w:after="0"/>
        <w:jc w:val="right"/>
        <w:rPr>
          <w:rFonts w:ascii="Nirmala UI" w:hAnsi="Nirmala UI" w:cs="Nirmala UI"/>
          <w:sz w:val="20"/>
          <w:szCs w:val="20"/>
          <w:lang w:bidi="hi-IN"/>
        </w:rPr>
      </w:pPr>
      <w:proofErr w:type="spellStart"/>
      <w:r w:rsidRPr="00FE0197">
        <w:rPr>
          <w:rFonts w:ascii="Nirmala UI" w:hAnsi="Nirmala UI" w:cs="Nirmala UI"/>
          <w:sz w:val="20"/>
          <w:szCs w:val="20"/>
        </w:rPr>
        <w:t>आवंटन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: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जीप</w:t>
      </w:r>
      <w:proofErr w:type="spellEnd"/>
      <w:r w:rsidRPr="00FE0197">
        <w:rPr>
          <w:rFonts w:ascii="Nirmala UI" w:hAnsi="Nirmala UI" w:cs="Nirmala UI"/>
          <w:sz w:val="20"/>
          <w:szCs w:val="20"/>
        </w:rPr>
        <w:t>/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बस</w:t>
      </w:r>
      <w:proofErr w:type="spellEnd"/>
      <w:r w:rsidRPr="00FE0197">
        <w:rPr>
          <w:rFonts w:ascii="Nirmala UI" w:hAnsi="Nirmala UI" w:cs="Nirmala UI"/>
          <w:sz w:val="20"/>
          <w:szCs w:val="20"/>
        </w:rPr>
        <w:t>/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ट्रक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नं</w:t>
      </w:r>
      <w:proofErr w:type="spellEnd"/>
      <w:r w:rsidRPr="00FE0197">
        <w:rPr>
          <w:rFonts w:ascii="Nirmala UI" w:hAnsi="Nirmala UI" w:cs="Nirmala UI"/>
          <w:sz w:val="20"/>
          <w:szCs w:val="20"/>
        </w:rPr>
        <w:t>./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मोटर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साइकिल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proofErr w:type="gramStart"/>
      <w:r w:rsidRPr="00FE0197">
        <w:rPr>
          <w:rFonts w:ascii="Nirmala UI" w:hAnsi="Nirmala UI" w:cs="Nirmala UI"/>
          <w:sz w:val="20"/>
          <w:szCs w:val="20"/>
        </w:rPr>
        <w:t>नं</w:t>
      </w:r>
      <w:proofErr w:type="spellEnd"/>
      <w:r w:rsidRPr="00FE0197">
        <w:rPr>
          <w:rFonts w:ascii="Nirmala UI" w:hAnsi="Nirmala UI" w:cs="Nirmala UI"/>
          <w:sz w:val="20"/>
          <w:szCs w:val="20"/>
        </w:rPr>
        <w:t>./</w:t>
      </w:r>
      <w:proofErr w:type="gramEnd"/>
    </w:p>
    <w:p w14:paraId="71675F9B" w14:textId="6209B207" w:rsidR="009E1E64" w:rsidRPr="00FE0197" w:rsidRDefault="009E1E64" w:rsidP="00FE0197">
      <w:pPr>
        <w:spacing w:before="120" w:after="0"/>
        <w:ind w:left="6480"/>
        <w:jc w:val="center"/>
        <w:rPr>
          <w:rFonts w:ascii="Nirmala UI" w:hAnsi="Nirmala UI" w:cs="Nirmala UI"/>
          <w:sz w:val="20"/>
          <w:szCs w:val="20"/>
          <w:lang w:bidi="hi-IN"/>
        </w:rPr>
      </w:pPr>
      <w:r w:rsidRPr="00FE0197">
        <w:rPr>
          <w:rFonts w:ascii="Nirmala UI" w:hAnsi="Nirmala UI" w:cs="Nirmala UI"/>
          <w:sz w:val="20"/>
          <w:szCs w:val="20"/>
          <w:cs/>
          <w:lang w:bidi="hi-IN"/>
        </w:rPr>
        <w:t xml:space="preserve">       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ट्रैक्टर</w:t>
      </w:r>
      <w:proofErr w:type="spellEnd"/>
      <w:r w:rsidRPr="00FE0197">
        <w:rPr>
          <w:rFonts w:ascii="Nirmala UI" w:hAnsi="Nirmala UI" w:cs="Nirmala UI"/>
          <w:sz w:val="20"/>
          <w:szCs w:val="20"/>
        </w:rPr>
        <w:t>/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पावर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टिलर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proofErr w:type="gramStart"/>
      <w:r w:rsidRPr="00FE0197">
        <w:rPr>
          <w:rFonts w:ascii="Nirmala UI" w:hAnsi="Nirmala UI" w:cs="Nirmala UI"/>
          <w:sz w:val="20"/>
          <w:szCs w:val="20"/>
        </w:rPr>
        <w:t>नं</w:t>
      </w:r>
      <w:proofErr w:type="spellEnd"/>
      <w:r w:rsidRPr="00FE0197">
        <w:rPr>
          <w:rFonts w:ascii="Nirmala UI" w:hAnsi="Nirmala UI" w:cs="Nirmala UI"/>
          <w:sz w:val="20"/>
          <w:szCs w:val="20"/>
        </w:rPr>
        <w:t>./</w:t>
      </w:r>
      <w:proofErr w:type="spellStart"/>
      <w:proofErr w:type="gramEnd"/>
      <w:r w:rsidRPr="00FE0197">
        <w:rPr>
          <w:rFonts w:ascii="Nirmala UI" w:hAnsi="Nirmala UI" w:cs="Nirmala UI"/>
          <w:sz w:val="20"/>
          <w:szCs w:val="20"/>
        </w:rPr>
        <w:t>मोटर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नं</w:t>
      </w:r>
      <w:proofErr w:type="spellEnd"/>
      <w:r w:rsidRPr="00FE0197">
        <w:rPr>
          <w:rFonts w:ascii="Nirmala UI" w:hAnsi="Nirmala UI" w:cs="Nirmala UI"/>
          <w:sz w:val="20"/>
          <w:szCs w:val="20"/>
        </w:rPr>
        <w:t>.</w:t>
      </w:r>
      <w:r w:rsidRPr="00FE0197">
        <w:rPr>
          <w:rFonts w:ascii="Nirmala UI" w:hAnsi="Nirmala UI" w:cs="Nirmala UI"/>
          <w:sz w:val="20"/>
          <w:szCs w:val="20"/>
        </w:rPr>
        <w:br/>
      </w:r>
      <w:r w:rsidRPr="00FE0197">
        <w:rPr>
          <w:rFonts w:ascii="Nirmala UI" w:hAnsi="Nirmala UI" w:cs="Nirmala UI"/>
          <w:sz w:val="20"/>
          <w:szCs w:val="20"/>
          <w:cs/>
          <w:lang w:bidi="hi-IN"/>
        </w:rPr>
        <w:t xml:space="preserve">   </w:t>
      </w:r>
      <w:r w:rsidRPr="00FE0197">
        <w:rPr>
          <w:rFonts w:ascii="Nirmala UI" w:hAnsi="Nirmala UI" w:cs="Nirmala UI"/>
          <w:sz w:val="20"/>
          <w:szCs w:val="20"/>
        </w:rPr>
        <w:t>Allotted: Jeep/Bus/Truck/Motor Cycle No./</w:t>
      </w:r>
    </w:p>
    <w:p w14:paraId="2AB74C27" w14:textId="0730ACF1" w:rsidR="003F2CEE" w:rsidRPr="00FE0197" w:rsidRDefault="00000000" w:rsidP="00FE0197">
      <w:pPr>
        <w:spacing w:before="120" w:after="0"/>
        <w:ind w:left="6480" w:firstLine="720"/>
        <w:jc w:val="center"/>
        <w:rPr>
          <w:rFonts w:ascii="Nirmala UI" w:hAnsi="Nirmala UI" w:cs="Nirmala UI"/>
          <w:sz w:val="20"/>
          <w:szCs w:val="20"/>
          <w:lang w:bidi="hi-IN"/>
        </w:rPr>
      </w:pPr>
      <w:r w:rsidRPr="00FE0197">
        <w:rPr>
          <w:rFonts w:ascii="Nirmala UI" w:hAnsi="Nirmala UI" w:cs="Nirmala UI"/>
          <w:sz w:val="20"/>
          <w:szCs w:val="20"/>
        </w:rPr>
        <w:t>Tractor/Power Tiller/Motor No.</w:t>
      </w:r>
    </w:p>
    <w:p w14:paraId="6DABE4F6" w14:textId="77777777" w:rsidR="009E1E64" w:rsidRPr="00FE0197" w:rsidRDefault="009E1E64" w:rsidP="00FE0197">
      <w:pPr>
        <w:spacing w:before="120" w:after="0"/>
        <w:ind w:left="6480" w:firstLine="720"/>
        <w:jc w:val="center"/>
        <w:rPr>
          <w:rFonts w:ascii="Nirmala UI" w:hAnsi="Nirmala UI" w:cs="Nirmala UI"/>
          <w:sz w:val="20"/>
          <w:szCs w:val="20"/>
          <w:lang w:bidi="hi-IN"/>
        </w:rPr>
      </w:pPr>
    </w:p>
    <w:p w14:paraId="4A3FC065" w14:textId="114FDB5A" w:rsidR="009E1E64" w:rsidRPr="00FE0197" w:rsidRDefault="009E1E64" w:rsidP="00FE0197">
      <w:pPr>
        <w:spacing w:before="120" w:after="0"/>
        <w:ind w:left="7920"/>
        <w:jc w:val="center"/>
        <w:rPr>
          <w:rFonts w:ascii="Nirmala UI" w:hAnsi="Nirmala UI" w:cs="Nirmala UI"/>
          <w:sz w:val="20"/>
          <w:szCs w:val="20"/>
          <w:lang w:bidi="hi-IN"/>
        </w:rPr>
      </w:pPr>
      <w:proofErr w:type="spellStart"/>
      <w:r w:rsidRPr="00FE0197">
        <w:rPr>
          <w:rFonts w:ascii="Nirmala UI" w:hAnsi="Nirmala UI" w:cs="Nirmala UI"/>
          <w:sz w:val="20"/>
          <w:szCs w:val="20"/>
        </w:rPr>
        <w:t>वाहन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प्रभारी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की</w:t>
      </w:r>
      <w:proofErr w:type="spellEnd"/>
      <w:r w:rsidRPr="00FE0197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Pr="00FE0197">
        <w:rPr>
          <w:rFonts w:ascii="Nirmala UI" w:hAnsi="Nirmala UI" w:cs="Nirmala UI"/>
          <w:sz w:val="20"/>
          <w:szCs w:val="20"/>
        </w:rPr>
        <w:t>टिप्पणी</w:t>
      </w:r>
      <w:proofErr w:type="spellEnd"/>
      <w:r w:rsidRPr="00FE0197">
        <w:rPr>
          <w:rFonts w:ascii="Nirmala UI" w:hAnsi="Nirmala UI" w:cs="Nirmala UI"/>
          <w:sz w:val="20"/>
          <w:szCs w:val="20"/>
        </w:rPr>
        <w:br/>
        <w:t>Remarks of Vehicle-in-Charge</w:t>
      </w:r>
    </w:p>
    <w:sectPr w:rsidR="009E1E64" w:rsidRPr="00FE0197" w:rsidSect="009E1E64">
      <w:pgSz w:w="12240" w:h="15840"/>
      <w:pgMar w:top="360" w:right="900" w:bottom="9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dobe Devanagari">
    <w:altName w:val="Kokila"/>
    <w:panose1 w:val="00000000000000000000"/>
    <w:charset w:val="00"/>
    <w:family w:val="roman"/>
    <w:notTrueType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96367490">
    <w:abstractNumId w:val="8"/>
  </w:num>
  <w:num w:numId="2" w16cid:durableId="1172187346">
    <w:abstractNumId w:val="6"/>
  </w:num>
  <w:num w:numId="3" w16cid:durableId="910577637">
    <w:abstractNumId w:val="5"/>
  </w:num>
  <w:num w:numId="4" w16cid:durableId="104153287">
    <w:abstractNumId w:val="4"/>
  </w:num>
  <w:num w:numId="5" w16cid:durableId="94911999">
    <w:abstractNumId w:val="7"/>
  </w:num>
  <w:num w:numId="6" w16cid:durableId="1999071863">
    <w:abstractNumId w:val="3"/>
  </w:num>
  <w:num w:numId="7" w16cid:durableId="1358462408">
    <w:abstractNumId w:val="2"/>
  </w:num>
  <w:num w:numId="8" w16cid:durableId="1273629898">
    <w:abstractNumId w:val="1"/>
  </w:num>
  <w:num w:numId="9" w16cid:durableId="637028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F2CEE"/>
    <w:rsid w:val="007017A2"/>
    <w:rsid w:val="00724578"/>
    <w:rsid w:val="008F169E"/>
    <w:rsid w:val="009E1E64"/>
    <w:rsid w:val="00AA1D8D"/>
    <w:rsid w:val="00B47730"/>
    <w:rsid w:val="00C14FF4"/>
    <w:rsid w:val="00C34065"/>
    <w:rsid w:val="00C65778"/>
    <w:rsid w:val="00CB0664"/>
    <w:rsid w:val="00D94289"/>
    <w:rsid w:val="00F01373"/>
    <w:rsid w:val="00F65049"/>
    <w:rsid w:val="00FC693F"/>
    <w:rsid w:val="00FE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75497D"/>
  <w14:defaultImageDpi w14:val="300"/>
  <w15:docId w15:val="{CCA11352-913E-427F-9175-42EC65F1B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72457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45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Sunil Kumar</cp:lastModifiedBy>
  <cp:revision>9</cp:revision>
  <cp:lastPrinted>2026-06-09T10:41:00Z</cp:lastPrinted>
  <dcterms:created xsi:type="dcterms:W3CDTF">2013-12-23T23:15:00Z</dcterms:created>
  <dcterms:modified xsi:type="dcterms:W3CDTF">2026-06-12T04:44:00Z</dcterms:modified>
  <cp:category/>
</cp:coreProperties>
</file>